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PRILOG 4 – ZAHTJEV ZA ISPLATU SREDSTAVA</w:t>
      </w:r>
    </w:p>
    <w:p>
      <w:r>
        <w:rPr>
          <w:b/>
        </w:rPr>
        <w:t>1. PODACI O KORISNIKU</w:t>
      </w:r>
    </w:p>
    <w:p>
      <w:r>
        <w:t>Ime i prezime: ____________________________________________</w:t>
      </w:r>
    </w:p>
    <w:p>
      <w:r>
        <w:t>OIB: _____________________________________________________</w:t>
      </w:r>
    </w:p>
    <w:p>
      <w:r>
        <w:t>Adresa: __________________________________________________</w:t>
      </w:r>
    </w:p>
    <w:p>
      <w:r>
        <w:t>IBAN: ____________________________________________________</w:t>
      </w:r>
    </w:p>
    <w:p>
      <w:r>
        <w:rPr>
          <w:b/>
        </w:rPr>
        <w:t>2. PODACI O ZBRINUTOM OTPADU</w:t>
      </w:r>
    </w:p>
    <w:p>
      <w:r>
        <w:t>Stvarno izvagana količina zbrinutog otpada: __________ kg</w:t>
      </w:r>
    </w:p>
    <w:p>
      <w:r>
        <w:t>Naziv osobe koja je izvršila preuzimanje/zbrinjavanje: ______________________________</w:t>
      </w:r>
    </w:p>
    <w:p>
      <w:r>
        <w:t>Ukupan iznos računa: __________________ EUR</w:t>
      </w:r>
    </w:p>
    <w:p>
      <w:r>
        <w:t>Iznos sufinanciranja koji se traži: __________________ EUR</w:t>
      </w:r>
    </w:p>
    <w:p>
      <w:r>
        <w:rPr>
          <w:b/>
        </w:rPr>
        <w:t>3. DOKUMENTACIJA</w:t>
      </w:r>
    </w:p>
    <w:p>
      <w:r>
        <w:t>☐ račun</w:t>
      </w:r>
    </w:p>
    <w:p>
      <w:r>
        <w:t>☐ dokaz o plaćanju računa</w:t>
      </w:r>
    </w:p>
    <w:p>
      <w:r>
        <w:t>☐ prateći list / potvrda / vagarski list ili drugi odgovarajući dokument</w:t>
      </w:r>
    </w:p>
    <w:p>
      <w:r>
        <w:t>☐ dokument iz kojeg je vidljiva stvarno izvagana masa otpada u kg</w:t>
      </w:r>
    </w:p>
    <w:p>
      <w:r>
        <w:t>Napomena: traženi iznos izračunava se po stopi od 1,25 EUR/kg, najviše do 2.000,00 EUR i ne može biti veći od stvarno nastalih i plaćenih prihvatljivih troškova.</w:t>
      </w:r>
    </w:p>
    <w:p>
      <w:r>
        <w:t>Izjavljujem da su navedeni podaci istiniti i da se zahtjev odnosi isključivo na troškove odobrene temeljem Javnog poziva Grada Komiže.</w:t>
      </w:r>
    </w:p>
    <w:p>
      <w:r>
        <w:t>U Komiži, _______________ 2026.</w:t>
      </w:r>
    </w:p>
    <w:p>
      <w:r>
        <w:t>____________________________</w:t>
        <w:br/>
        <w:t>potpis korisnika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