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PRILOG 2 – IZJAVA PRIJAVITELJA</w:t>
      </w:r>
    </w:p>
    <w:p>
      <w:r>
        <w:t>Ja, ____________________________________________, OIB __________________________, pod materijalnom i kaznenom odgovornošću izjavljujem:</w:t>
      </w:r>
    </w:p>
    <w:p>
      <w:r>
        <w:t>• da su svi podaci navedeni u prijavi istiniti i potpuni;</w:t>
      </w:r>
    </w:p>
    <w:p>
      <w:r>
        <w:t>• da prihvaćam uvjete Javnog poziva;</w:t>
      </w:r>
    </w:p>
    <w:p>
      <w:r>
        <w:t>• da za iste troškove nisam ostvario/la sredstva iz drugog javnog izvora u dijelu u kojem bi time došlo do dvostrukog financiranja;</w:t>
      </w:r>
    </w:p>
    <w:p>
      <w:r>
        <w:t>• da ću otpad koji sadrži azbest predati osobi koja ispunjava uvjete propisane važećim propisima za obavljanje odgovarajuće djelatnosti;</w:t>
      </w:r>
    </w:p>
    <w:p>
      <w:r>
        <w:t>• da ću za isplatu dostaviti dokumentaciju iz koje je vidljiva stvarno izvagana masa i propisno preuzimanje odnosno zbrinjavanje otpada;</w:t>
      </w:r>
    </w:p>
    <w:p>
      <w:r>
        <w:t>• da Gradu Komiži dopuštam provjeru podataka potrebnih radi utvrđivanja ispunjavanja uvjeta Javnog poziva.</w:t>
      </w:r>
    </w:p>
    <w:p>
      <w:r>
        <w:t>U Komiži, _______________ 2026.</w:t>
      </w:r>
    </w:p>
    <w:p>
      <w:r>
        <w:t>____________________________</w:t>
        <w:br/>
        <w:t>potpis prijavitelja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