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PRILOG 1 – PRIJAVNI OBRAZAC</w:t>
      </w:r>
    </w:p>
    <w:p>
      <w:pPr>
        <w:jc w:val="center"/>
      </w:pPr>
      <w:r>
        <w:rPr>
          <w:b/>
          <w:sz w:val="22"/>
        </w:rPr>
        <w:t>Javni poziv za sufinanciranje uklanjanja, prijevoza i zbrinjavanja otpada koji sadrži azbest</w:t>
      </w:r>
    </w:p>
    <w:p>
      <w:r>
        <w:rPr>
          <w:b/>
        </w:rPr>
        <w:t>1. PODACI O PODNOSITELJU</w:t>
      </w:r>
    </w:p>
    <w:p>
      <w:r>
        <w:t>Ime i prezime: ____________________________________________</w:t>
      </w:r>
    </w:p>
    <w:p>
      <w:r>
        <w:t>OIB: _____________________________________________________</w:t>
      </w:r>
    </w:p>
    <w:p>
      <w:r>
        <w:t>Adresa prebivališta: ________________________________________</w:t>
      </w:r>
    </w:p>
    <w:p>
      <w:r>
        <w:t>Telefon/mobitel: ___________________________________________</w:t>
      </w:r>
    </w:p>
    <w:p>
      <w:r>
        <w:t>E-mail: ___________________________________________________</w:t>
      </w:r>
    </w:p>
    <w:p>
      <w:r>
        <w:rPr>
          <w:b/>
        </w:rPr>
        <w:t>2. PODACI O NEKRETNINI</w:t>
      </w:r>
    </w:p>
    <w:p>
      <w:r>
        <w:t>Adresa nekretnine: _________________________________________</w:t>
      </w:r>
    </w:p>
    <w:p>
      <w:r>
        <w:t>Katastarska čestica: ________________________________________</w:t>
      </w:r>
    </w:p>
    <w:p>
      <w:r>
        <w:t>Katastarska općina: _________________________________________</w:t>
      </w:r>
    </w:p>
    <w:p>
      <w:r>
        <w:t>Podnositelj je:  ☐ vlasnik   ☐ suvlasnik</w:t>
      </w:r>
    </w:p>
    <w:p>
      <w:r>
        <w:rPr>
          <w:b/>
        </w:rPr>
        <w:t>3. STATUS AZBESTNOG MATERIJALA</w:t>
      </w:r>
    </w:p>
    <w:p>
      <w:r>
        <w:t>☐ azbestni materijal nalazi se na objektu i potrebno ga je ukloniti i zbrinuti</w:t>
      </w:r>
    </w:p>
    <w:p>
      <w:r>
        <w:t>☐ azbestni materijal je već uklonjen i potrebno ga je preuzeti, prevesti i zbrinuti</w:t>
      </w:r>
    </w:p>
    <w:p>
      <w:r>
        <w:t>Procijenjena količina prema ponudi: __________ kg</w:t>
      </w:r>
    </w:p>
    <w:p>
      <w:r>
        <w:rPr>
          <w:b/>
        </w:rPr>
        <w:t>4. PONUDA</w:t>
      </w:r>
    </w:p>
    <w:p>
      <w:r>
        <w:t>Naziv izvođača / sakupljača: _________________________________</w:t>
      </w:r>
    </w:p>
    <w:p>
      <w:r>
        <w:t>Ukupna vrijednost ponude: __________________ EUR</w:t>
      </w:r>
    </w:p>
    <w:p>
      <w:r>
        <w:rPr>
          <w:b/>
        </w:rPr>
        <w:t>5. DOKUMENTACIJA</w:t>
      </w:r>
    </w:p>
    <w:p>
      <w:r>
        <w:t>☐ dokaz o vlasništvu/suvlasništvu</w:t>
      </w:r>
    </w:p>
    <w:p>
      <w:r>
        <w:t>☐ suglasnost suvlasnika, ako je primjenjivo</w:t>
      </w:r>
    </w:p>
    <w:p>
      <w:r>
        <w:t>☐ ponuda</w:t>
      </w:r>
    </w:p>
    <w:p>
      <w:r>
        <w:t>☐ fotodokumentacija</w:t>
      </w:r>
    </w:p>
    <w:p>
      <w:r>
        <w:t>☐ Izjava prijavitelja</w:t>
      </w:r>
    </w:p>
    <w:p>
      <w:r>
        <w:t>Izjavljujem da su svi podaci navedeni u prijavi i priloženoj dokumentaciji istiniti i potpuni te da prihvaćam uvjete Javnog poziva.</w:t>
      </w:r>
    </w:p>
    <w:p>
      <w:r>
        <w:t>U Komiži, _______________ 2026.</w:t>
      </w:r>
    </w:p>
    <w:p>
      <w:r>
        <w:t>Podnositelj prijave:</w:t>
        <w:br/>
        <w:br/>
        <w:t>____________________________</w:t>
        <w:br/>
        <w:t>(potpis)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